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t>Nomor Pendaftaran: ____________________    Tahun Ajaran: ____________________</w:t>
      </w:r>
    </w:p>
    <w:p>
      <w:pPr>
        <w:spacing w:before="140" w:after="60"/>
      </w:pPr>
      <w:r>
        <w:rPr>
          <w:rFonts w:ascii="Poppins" w:hAnsi="Poppins"/>
          <w:b/>
          <w:color w:val="E63946"/>
          <w:sz w:val="21"/>
        </w:rPr>
        <w:t>A. DATA CALON SISWA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62"/>
        <w:gridCol w:w="5162"/>
      </w:tblGrid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Nama lengkap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Nama panggilan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Jenis kelamin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☐ Laki-laki        ☐ Perempuan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Tempat, tanggal lahir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NIK / NISN (jika ada)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Agama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Anak ke / jumlah saudara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 / 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Alamat tempat tinggal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</w:tbl>
    <w:p>
      <w:pPr>
        <w:spacing w:before="140" w:after="60"/>
      </w:pPr>
      <w:r>
        <w:rPr>
          <w:rFonts w:ascii="Poppins" w:hAnsi="Poppins"/>
          <w:b/>
          <w:color w:val="E63946"/>
          <w:sz w:val="21"/>
        </w:rPr>
        <w:t>B. DATA ORANG TUA / WALI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62"/>
        <w:gridCol w:w="5162"/>
      </w:tblGrid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Nama Ayah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NIK Ayah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Pendidikan / pekerjaan Ayah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Nama Ibu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NIK Ibu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Pendidikan / pekerjaan Ibu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Nama Wali (jika ada)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Nomor WhatsApp aktif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Email orang tua / wali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</w:tbl>
    <w:p>
      <w:pPr>
        <w:spacing w:before="140" w:after="60"/>
      </w:pPr>
      <w:r>
        <w:rPr>
          <w:rFonts w:ascii="Poppins" w:hAnsi="Poppins"/>
          <w:b/>
          <w:color w:val="E63946"/>
          <w:sz w:val="21"/>
        </w:rPr>
        <w:t>C. INFORMASI KESEHATAN DAN KEBUTUHAN ANAK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62"/>
        <w:gridCol w:w="5162"/>
      </w:tblGrid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Riwayat kesehatan / alergi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Kebutuhan khusus / catatan penting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A6B3C"/>
                <w:sz w:val="17"/>
              </w:rPr>
              <w:t>Imunisasi terakhir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____________________________________________________________</w:t>
            </w:r>
          </w:p>
        </w:tc>
      </w:tr>
    </w:tbl>
    <w:p>
      <w:pPr>
        <w:spacing w:before="140" w:after="60"/>
      </w:pPr>
      <w:r>
        <w:rPr>
          <w:rFonts w:ascii="Poppins" w:hAnsi="Poppins"/>
          <w:b/>
          <w:color w:val="E63946"/>
          <w:sz w:val="21"/>
        </w:rPr>
        <w:t>D. PILIHAN PROGRAM</w:t>
      </w:r>
    </w:p>
    <w:p>
      <w:pPr>
        <w:spacing w:after="40"/>
      </w:pPr>
      <w:r>
        <w:rPr>
          <w:rFonts w:ascii="Poppins" w:hAnsi="Poppins"/>
          <w:sz w:val="17"/>
        </w:rPr>
        <w:t>☐ Kelompok Bermain    ☐ Taman Kanak-Kanak A    ☐ Taman Kanak-Kanak B</w:t>
      </w:r>
    </w:p>
    <w:p>
      <w:pPr>
        <w:spacing w:before="140" w:after="60"/>
      </w:pPr>
      <w:r>
        <w:rPr>
          <w:rFonts w:ascii="Poppins" w:hAnsi="Poppins"/>
          <w:b/>
          <w:color w:val="E63946"/>
          <w:sz w:val="21"/>
        </w:rPr>
        <w:t>E. DOKUMEN PENDUKUNG</w:t>
      </w:r>
    </w:p>
    <w:p>
      <w:pPr>
        <w:spacing w:after="40"/>
      </w:pPr>
      <w:r>
        <w:rPr>
          <w:rFonts w:ascii="Poppins" w:hAnsi="Poppins"/>
          <w:sz w:val="17"/>
        </w:rPr>
        <w:t>☐ Fotokopi Kartu Keluarga    ☐ Fotokopi Akta Kelahiran    ☐ Pas foto anak    ☐ Lainnya: __________________</w:t>
      </w:r>
    </w:p>
    <w:p>
      <w:pPr>
        <w:spacing w:before="80"/>
      </w:pPr>
      <w:r>
        <w:rPr>
          <w:b/>
          <w:color w:val="1A6B3C"/>
        </w:rPr>
        <w:t>Pernyataan Orang Tua / Wali</w:t>
      </w:r>
    </w:p>
    <w:p>
      <w:pPr>
        <w:spacing w:after="100"/>
      </w:pPr>
      <w:r>
        <w:t>Saya menyatakan bahwa data yang saya isi dalam formulir ini benar dan dapat dipertanggungjawabkan. Saya bersedia mengikuti proses pendaftaran, observasi, dan ketentuan yang ditetapkan oleh KB TK Al-Ikhsan.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FFFFFF"/>
          <w:left w:val="single" w:sz="6" w:color="FFFFFF"/>
          <w:bottom w:val="single" w:sz="6" w:color="FFFFFF"/>
          <w:right w:val="single" w:sz="6" w:color="FFFFFF"/>
          <w:insideH w:val="single" w:sz="6" w:color="FFFFFF"/>
          <w:insideV w:val="single" w:sz="6" w:color="FFFFFF"/>
        </w:tblBorders>
      </w:tblPr>
      <w:tblGrid>
        <w:gridCol w:w="5162"/>
        <w:gridCol w:w="5162"/>
      </w:tblGrid>
      <w:tr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Orang Tua / Wali,</w:t>
              <w:br/>
              <w:br/>
              <w:br/>
              <w:t>(____________________________)</w:t>
            </w:r>
          </w:p>
        </w:tc>
        <w:tc>
          <w:tcPr>
            <w:tcW w:type="dxa" w:w="5162"/>
            <w:vAlign w:val="center"/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sz w:val="17"/>
              </w:rPr>
              <w:t>Petugas Penerima,</w:t>
              <w:br/>
              <w:br/>
              <w:br/>
              <w:t>(____________________________)</w:t>
            </w:r>
          </w:p>
        </w:tc>
      </w:tr>
    </w:tbl>
    <w:p>
      <w:pPr>
        <w:spacing w:before="60"/>
      </w:pPr>
      <w:r>
        <w:rPr>
          <w:i/>
          <w:sz w:val="15"/>
        </w:rPr>
        <w:t>Catatan: Formulir ini dicetak pada kertas A4 dan diserahkan kepada pihak sekolah sesuai jadwal pendaftaran.</w:t>
      </w:r>
    </w:p>
    <w:sectPr w:rsidR="00FC693F" w:rsidRPr="0006063C" w:rsidSect="00034616">
      <w:headerReference w:type="default" r:id="rId9"/>
      <w:pgSz w:w="11909" w:h="16834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2971800" cy="167163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L-IKHSAN —LOGO MASTER 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800" cy="1671638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center"/>
    </w:pPr>
    <w:r>
      <w:rPr>
        <w:rFonts w:ascii="Poppins" w:hAnsi="Poppins"/>
        <w:b/>
        <w:color w:val="E63946"/>
        <w:sz w:val="24"/>
      </w:rPr>
      <w:t>FORMULIR PENDAFTARAN PESERTA DIDIK BARU</w:t>
    </w:r>
  </w:p>
  <w:p>
    <w:pPr>
      <w:jc w:val="center"/>
    </w:pPr>
    <w:r>
      <w:rPr>
        <w:rFonts w:ascii="Poppins" w:hAnsi="Poppins"/>
        <w:b/>
        <w:color w:val="1A6B3C"/>
        <w:sz w:val="18"/>
      </w:rPr>
      <w:t>KB TK AL-IKHSAN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